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Кожухотрубный теплообменник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трубчатого аппарата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Рабочая среда в трубах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https://msmteplo.ru/spravochniki/oprosnye-listy/opros-kozhuhotrubnyy.pdf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