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Пластинчатый теплообменник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и расчёт разборного ПТО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пластин / бренд-аналог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https://msmteplo.ru/spravochniki/oprosnye-listy/opros-plastinchatyy.pdf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